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F2A66" w14:textId="77777777" w:rsidR="000D20C4" w:rsidRPr="00A34ADA" w:rsidRDefault="00000000" w:rsidP="00AA470C">
      <w:pPr>
        <w:pStyle w:val="TitleLocal"/>
        <w:jc w:val="center"/>
        <w:rPr>
          <w:lang w:val="it-IT"/>
        </w:rPr>
      </w:pPr>
      <w:r w:rsidRPr="00A34ADA">
        <w:rPr>
          <w:lang w:val="it-IT"/>
        </w:rPr>
        <w:t>ALLEGATO 1 – DOMANDA DI PARTECIPAZIONE</w:t>
      </w:r>
    </w:p>
    <w:p w14:paraId="7BFA3CBB" w14:textId="77777777" w:rsidR="000D20C4" w:rsidRPr="00A34ADA" w:rsidRDefault="00000000" w:rsidP="00AA470C">
      <w:pPr>
        <w:jc w:val="center"/>
        <w:rPr>
          <w:lang w:val="it-IT"/>
        </w:rPr>
      </w:pPr>
      <w:r w:rsidRPr="00A34ADA">
        <w:rPr>
          <w:lang w:val="it-IT"/>
        </w:rPr>
        <w:t>Selezione di n. 1 Pedagogista / Educatore – Work Package 2 «Famiglie con minori»</w:t>
      </w:r>
    </w:p>
    <w:p w14:paraId="49F8C7AF" w14:textId="77777777" w:rsidR="000D20C4" w:rsidRPr="00A34ADA" w:rsidRDefault="00000000" w:rsidP="00AA470C">
      <w:pPr>
        <w:jc w:val="center"/>
        <w:rPr>
          <w:lang w:val="it-IT"/>
        </w:rPr>
      </w:pPr>
      <w:r w:rsidRPr="00A34ADA">
        <w:rPr>
          <w:lang w:val="it-IT"/>
        </w:rPr>
        <w:t xml:space="preserve">Progetto </w:t>
      </w:r>
      <w:proofErr w:type="spellStart"/>
      <w:r w:rsidRPr="00A34ADA">
        <w:rPr>
          <w:lang w:val="it-IT"/>
        </w:rPr>
        <w:t>P.Art.E.C.I.P.O</w:t>
      </w:r>
      <w:proofErr w:type="spellEnd"/>
      <w:r w:rsidRPr="00A34ADA">
        <w:rPr>
          <w:lang w:val="it-IT"/>
        </w:rPr>
        <w:t xml:space="preserve">. – </w:t>
      </w:r>
      <w:proofErr w:type="gramStart"/>
      <w:r w:rsidRPr="00A34ADA">
        <w:rPr>
          <w:lang w:val="it-IT"/>
        </w:rPr>
        <w:t>PERCORSI  |</w:t>
      </w:r>
      <w:proofErr w:type="gramEnd"/>
      <w:r w:rsidRPr="00A34ADA">
        <w:rPr>
          <w:lang w:val="it-IT"/>
        </w:rPr>
        <w:t xml:space="preserve">  PR Calabria FESR FSE+ 2021–2027</w:t>
      </w:r>
      <w:r w:rsidRPr="00A34ADA">
        <w:rPr>
          <w:lang w:val="it-IT"/>
        </w:rPr>
        <w:br/>
        <w:t>Azione 4.1.1 – ESO4.</w:t>
      </w:r>
      <w:proofErr w:type="gramStart"/>
      <w:r w:rsidRPr="00A34ADA">
        <w:rPr>
          <w:lang w:val="it-IT"/>
        </w:rPr>
        <w:t>12  |</w:t>
      </w:r>
      <w:proofErr w:type="gramEnd"/>
      <w:r w:rsidRPr="00A34ADA">
        <w:rPr>
          <w:lang w:val="it-IT"/>
        </w:rPr>
        <w:t xml:space="preserve">  CUP H39I26000410002</w:t>
      </w:r>
    </w:p>
    <w:p w14:paraId="68115C77" w14:textId="77777777" w:rsidR="000D20C4" w:rsidRPr="00A34ADA" w:rsidRDefault="00000000" w:rsidP="00AA470C">
      <w:pPr>
        <w:jc w:val="center"/>
        <w:rPr>
          <w:lang w:val="it-IT"/>
        </w:rPr>
      </w:pPr>
      <w:r w:rsidRPr="00A34ADA">
        <w:rPr>
          <w:lang w:val="it-IT"/>
        </w:rPr>
        <w:t>Al Consorzio Macramè – Trame Solidali nelle Terre del Sole</w:t>
      </w:r>
    </w:p>
    <w:p w14:paraId="7D151D8A" w14:textId="77777777" w:rsidR="000D20C4" w:rsidRPr="00A34ADA" w:rsidRDefault="00000000">
      <w:pPr>
        <w:pStyle w:val="HeadingLocal"/>
        <w:rPr>
          <w:lang w:val="it-IT"/>
        </w:rPr>
      </w:pPr>
      <w:r w:rsidRPr="00A34ADA">
        <w:rPr>
          <w:lang w:val="it-IT"/>
        </w:rPr>
        <w:t>Dati del/della candidato/a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42"/>
        <w:gridCol w:w="5499"/>
      </w:tblGrid>
      <w:tr w:rsidR="000D20C4" w:rsidRPr="00A34ADA" w14:paraId="596C0983" w14:textId="77777777">
        <w:trPr>
          <w:cantSplit/>
        </w:trPr>
        <w:tc>
          <w:tcPr>
            <w:tcW w:w="3742" w:type="dxa"/>
          </w:tcPr>
          <w:p w14:paraId="2E1B2EF2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b/>
                <w:sz w:val="16"/>
                <w:lang w:val="it-IT"/>
              </w:rPr>
              <w:t>Nome e cognome</w:t>
            </w:r>
          </w:p>
        </w:tc>
        <w:tc>
          <w:tcPr>
            <w:tcW w:w="5499" w:type="dxa"/>
          </w:tcPr>
          <w:p w14:paraId="63E4BE79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sz w:val="16"/>
                <w:lang w:val="it-IT"/>
              </w:rPr>
              <w:t>________________________________________________________</w:t>
            </w:r>
          </w:p>
        </w:tc>
      </w:tr>
      <w:tr w:rsidR="000D20C4" w:rsidRPr="00A34ADA" w14:paraId="5588E978" w14:textId="77777777">
        <w:trPr>
          <w:cantSplit/>
        </w:trPr>
        <w:tc>
          <w:tcPr>
            <w:tcW w:w="3742" w:type="dxa"/>
          </w:tcPr>
          <w:p w14:paraId="20B5D376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b/>
                <w:sz w:val="16"/>
                <w:lang w:val="it-IT"/>
              </w:rPr>
              <w:t xml:space="preserve">Nato/a </w:t>
            </w:r>
            <w:proofErr w:type="spellStart"/>
            <w:r w:rsidRPr="00A34ADA">
              <w:rPr>
                <w:b/>
                <w:sz w:val="16"/>
                <w:lang w:val="it-IT"/>
              </w:rPr>
              <w:t>a</w:t>
            </w:r>
            <w:proofErr w:type="spellEnd"/>
            <w:r w:rsidRPr="00A34ADA">
              <w:rPr>
                <w:b/>
                <w:sz w:val="16"/>
                <w:lang w:val="it-IT"/>
              </w:rPr>
              <w:t xml:space="preserve"> – data di nascita</w:t>
            </w:r>
          </w:p>
        </w:tc>
        <w:tc>
          <w:tcPr>
            <w:tcW w:w="5499" w:type="dxa"/>
          </w:tcPr>
          <w:p w14:paraId="7A7E2CC8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sz w:val="16"/>
                <w:lang w:val="it-IT"/>
              </w:rPr>
              <w:t>________________________________________________________</w:t>
            </w:r>
          </w:p>
        </w:tc>
      </w:tr>
      <w:tr w:rsidR="000D20C4" w:rsidRPr="00A34ADA" w14:paraId="1B70AEF9" w14:textId="77777777">
        <w:trPr>
          <w:cantSplit/>
        </w:trPr>
        <w:tc>
          <w:tcPr>
            <w:tcW w:w="3742" w:type="dxa"/>
          </w:tcPr>
          <w:p w14:paraId="00718155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b/>
                <w:sz w:val="16"/>
                <w:lang w:val="it-IT"/>
              </w:rPr>
              <w:t>Codice fiscale</w:t>
            </w:r>
          </w:p>
        </w:tc>
        <w:tc>
          <w:tcPr>
            <w:tcW w:w="5499" w:type="dxa"/>
          </w:tcPr>
          <w:p w14:paraId="1D7B3A1A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sz w:val="16"/>
                <w:lang w:val="it-IT"/>
              </w:rPr>
              <w:t>________________________________________________________</w:t>
            </w:r>
          </w:p>
        </w:tc>
      </w:tr>
      <w:tr w:rsidR="000D20C4" w:rsidRPr="00A34ADA" w14:paraId="26BE5B6A" w14:textId="77777777">
        <w:trPr>
          <w:cantSplit/>
        </w:trPr>
        <w:tc>
          <w:tcPr>
            <w:tcW w:w="3742" w:type="dxa"/>
          </w:tcPr>
          <w:p w14:paraId="4CF535EC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b/>
                <w:sz w:val="16"/>
                <w:lang w:val="it-IT"/>
              </w:rPr>
              <w:t>Partita IVA (se posseduta)</w:t>
            </w:r>
          </w:p>
        </w:tc>
        <w:tc>
          <w:tcPr>
            <w:tcW w:w="5499" w:type="dxa"/>
          </w:tcPr>
          <w:p w14:paraId="76228E69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sz w:val="16"/>
                <w:lang w:val="it-IT"/>
              </w:rPr>
              <w:t>________________________________________________________</w:t>
            </w:r>
          </w:p>
        </w:tc>
      </w:tr>
      <w:tr w:rsidR="000D20C4" w:rsidRPr="00A34ADA" w14:paraId="62A74805" w14:textId="77777777">
        <w:trPr>
          <w:cantSplit/>
        </w:trPr>
        <w:tc>
          <w:tcPr>
            <w:tcW w:w="3742" w:type="dxa"/>
          </w:tcPr>
          <w:p w14:paraId="6FC5C25A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b/>
                <w:sz w:val="16"/>
                <w:lang w:val="it-IT"/>
              </w:rPr>
              <w:t>Residenza (indirizzo, Comune, Prov., CAP)</w:t>
            </w:r>
          </w:p>
        </w:tc>
        <w:tc>
          <w:tcPr>
            <w:tcW w:w="5499" w:type="dxa"/>
          </w:tcPr>
          <w:p w14:paraId="10BDF687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sz w:val="16"/>
                <w:lang w:val="it-IT"/>
              </w:rPr>
              <w:t>________________________________________________________</w:t>
            </w:r>
          </w:p>
        </w:tc>
      </w:tr>
      <w:tr w:rsidR="000D20C4" w:rsidRPr="00A34ADA" w14:paraId="7EF5D607" w14:textId="77777777">
        <w:trPr>
          <w:cantSplit/>
        </w:trPr>
        <w:tc>
          <w:tcPr>
            <w:tcW w:w="3742" w:type="dxa"/>
          </w:tcPr>
          <w:p w14:paraId="4682E3BF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b/>
                <w:sz w:val="16"/>
                <w:lang w:val="it-IT"/>
              </w:rPr>
              <w:t>Email</w:t>
            </w:r>
          </w:p>
        </w:tc>
        <w:tc>
          <w:tcPr>
            <w:tcW w:w="5499" w:type="dxa"/>
          </w:tcPr>
          <w:p w14:paraId="266800DD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sz w:val="16"/>
                <w:lang w:val="it-IT"/>
              </w:rPr>
              <w:t>________________________________________________________</w:t>
            </w:r>
          </w:p>
        </w:tc>
      </w:tr>
      <w:tr w:rsidR="000D20C4" w:rsidRPr="00A34ADA" w14:paraId="209467D7" w14:textId="77777777">
        <w:trPr>
          <w:cantSplit/>
        </w:trPr>
        <w:tc>
          <w:tcPr>
            <w:tcW w:w="3742" w:type="dxa"/>
          </w:tcPr>
          <w:p w14:paraId="3820D024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b/>
                <w:sz w:val="16"/>
                <w:lang w:val="it-IT"/>
              </w:rPr>
              <w:t>PEC (se disponibile)</w:t>
            </w:r>
          </w:p>
        </w:tc>
        <w:tc>
          <w:tcPr>
            <w:tcW w:w="5499" w:type="dxa"/>
          </w:tcPr>
          <w:p w14:paraId="5DDDC9D2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sz w:val="16"/>
                <w:lang w:val="it-IT"/>
              </w:rPr>
              <w:t>________________________________________________________</w:t>
            </w:r>
          </w:p>
        </w:tc>
      </w:tr>
      <w:tr w:rsidR="000D20C4" w:rsidRPr="00A34ADA" w14:paraId="18D19477" w14:textId="77777777">
        <w:trPr>
          <w:cantSplit/>
        </w:trPr>
        <w:tc>
          <w:tcPr>
            <w:tcW w:w="3742" w:type="dxa"/>
          </w:tcPr>
          <w:p w14:paraId="786061D1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b/>
                <w:sz w:val="16"/>
                <w:lang w:val="it-IT"/>
              </w:rPr>
              <w:t>Telefono</w:t>
            </w:r>
          </w:p>
        </w:tc>
        <w:tc>
          <w:tcPr>
            <w:tcW w:w="5499" w:type="dxa"/>
          </w:tcPr>
          <w:p w14:paraId="24959067" w14:textId="77777777" w:rsidR="000D20C4" w:rsidRPr="00A34ADA" w:rsidRDefault="00000000">
            <w:pPr>
              <w:spacing w:after="0"/>
              <w:rPr>
                <w:lang w:val="it-IT"/>
              </w:rPr>
            </w:pPr>
            <w:r w:rsidRPr="00A34ADA">
              <w:rPr>
                <w:sz w:val="16"/>
                <w:lang w:val="it-IT"/>
              </w:rPr>
              <w:t>________________________________________________________</w:t>
            </w:r>
          </w:p>
        </w:tc>
      </w:tr>
    </w:tbl>
    <w:p w14:paraId="3B3952ED" w14:textId="77777777" w:rsidR="000D20C4" w:rsidRPr="00A34ADA" w:rsidRDefault="00000000">
      <w:pPr>
        <w:pStyle w:val="HeadingLocal"/>
        <w:rPr>
          <w:lang w:val="it-IT"/>
        </w:rPr>
      </w:pPr>
      <w:r w:rsidRPr="00A34ADA">
        <w:rPr>
          <w:lang w:val="it-IT"/>
        </w:rPr>
        <w:t>CHIEDE</w:t>
      </w:r>
    </w:p>
    <w:p w14:paraId="212F22B2" w14:textId="3F4C128C" w:rsidR="000D20C4" w:rsidRPr="00A34ADA" w:rsidRDefault="00000000">
      <w:pPr>
        <w:rPr>
          <w:lang w:val="it-IT"/>
        </w:rPr>
      </w:pPr>
      <w:r w:rsidRPr="00A34ADA">
        <w:rPr>
          <w:lang w:val="it-IT"/>
        </w:rPr>
        <w:t xml:space="preserve">di partecipare alla selezione per Pedagogista </w:t>
      </w:r>
      <w:r w:rsidR="00A34ADA">
        <w:rPr>
          <w:lang w:val="it-IT"/>
        </w:rPr>
        <w:t xml:space="preserve">/ </w:t>
      </w:r>
      <w:r w:rsidRPr="00A34ADA">
        <w:rPr>
          <w:lang w:val="it-IT"/>
        </w:rPr>
        <w:t xml:space="preserve">Educatore </w:t>
      </w:r>
      <w:r w:rsidR="00A34ADA" w:rsidRPr="00A34ADA">
        <w:rPr>
          <w:lang w:val="it-IT"/>
        </w:rPr>
        <w:br/>
      </w:r>
      <w:r w:rsidRPr="00A34ADA">
        <w:rPr>
          <w:lang w:val="it-IT"/>
        </w:rPr>
        <w:t xml:space="preserve">da impiegare nelle attività del WP2 «Famiglie con minori» del progetto </w:t>
      </w:r>
      <w:proofErr w:type="spellStart"/>
      <w:r w:rsidRPr="00A34ADA">
        <w:rPr>
          <w:lang w:val="it-IT"/>
        </w:rPr>
        <w:t>P.Art.E.C.I.P.O</w:t>
      </w:r>
      <w:proofErr w:type="spellEnd"/>
      <w:r w:rsidRPr="00A34ADA">
        <w:rPr>
          <w:lang w:val="it-IT"/>
        </w:rPr>
        <w:t>. – PERCORSI.</w:t>
      </w:r>
    </w:p>
    <w:p w14:paraId="2852BCEA" w14:textId="77777777" w:rsidR="000D20C4" w:rsidRPr="00A34ADA" w:rsidRDefault="00000000">
      <w:pPr>
        <w:pStyle w:val="HeadingLocal"/>
        <w:rPr>
          <w:lang w:val="it-IT"/>
        </w:rPr>
      </w:pPr>
      <w:r w:rsidRPr="00A34ADA">
        <w:rPr>
          <w:lang w:val="it-IT"/>
        </w:rPr>
        <w:t>DICHIARA</w:t>
      </w:r>
    </w:p>
    <w:p w14:paraId="092623F8" w14:textId="77777777" w:rsidR="000D20C4" w:rsidRPr="00A34ADA" w:rsidRDefault="00000000">
      <w:pPr>
        <w:rPr>
          <w:lang w:val="it-IT"/>
        </w:rPr>
      </w:pPr>
      <w:r w:rsidRPr="00A34ADA">
        <w:rPr>
          <w:lang w:val="it-IT"/>
        </w:rPr>
        <w:t>Ai sensi degli artt. 46 e 47 del D.P.R. 445/2000, sotto la propria responsabilità e consapevole delle sanzioni previste dall’art. 76 in caso di dichiarazioni mendaci:</w:t>
      </w:r>
    </w:p>
    <w:p w14:paraId="173E9519" w14:textId="77777777" w:rsidR="000D20C4" w:rsidRPr="00A34ADA" w:rsidRDefault="00000000">
      <w:pPr>
        <w:pStyle w:val="BulLocal"/>
        <w:rPr>
          <w:lang w:val="it-IT"/>
        </w:rPr>
      </w:pPr>
      <w:proofErr w:type="gramStart"/>
      <w:r w:rsidRPr="00A34ADA">
        <w:rPr>
          <w:lang w:val="it-IT"/>
        </w:rPr>
        <w:t>☐  di</w:t>
      </w:r>
      <w:proofErr w:type="gramEnd"/>
      <w:r w:rsidRPr="00A34ADA">
        <w:rPr>
          <w:lang w:val="it-IT"/>
        </w:rPr>
        <w:t xml:space="preserve"> possedere il titolo di studio richiesto dall’avviso: ________________________________ conseguito presso ________________________________ in data ___________________;</w:t>
      </w:r>
    </w:p>
    <w:p w14:paraId="56EA95CE" w14:textId="77777777" w:rsidR="000D20C4" w:rsidRPr="00A34ADA" w:rsidRDefault="00000000">
      <w:pPr>
        <w:pStyle w:val="BulLocal"/>
        <w:rPr>
          <w:lang w:val="it-IT"/>
        </w:rPr>
      </w:pPr>
      <w:proofErr w:type="gramStart"/>
      <w:r w:rsidRPr="00A34ADA">
        <w:rPr>
          <w:lang w:val="it-IT"/>
        </w:rPr>
        <w:t>☐  di</w:t>
      </w:r>
      <w:proofErr w:type="gramEnd"/>
      <w:r w:rsidRPr="00A34ADA">
        <w:rPr>
          <w:lang w:val="it-IT"/>
        </w:rPr>
        <w:t xml:space="preserve"> avere almeno 3 anni di esperienza professionale, anche non continuativi, in attività pedagogiche, educative o socioeducative rivolte a minori e/o famiglie;</w:t>
      </w:r>
    </w:p>
    <w:p w14:paraId="0081E2BF" w14:textId="77777777" w:rsidR="000D20C4" w:rsidRPr="00A34ADA" w:rsidRDefault="00000000">
      <w:pPr>
        <w:pStyle w:val="BulLocal"/>
        <w:rPr>
          <w:lang w:val="it-IT"/>
        </w:rPr>
      </w:pPr>
      <w:proofErr w:type="gramStart"/>
      <w:r w:rsidRPr="00A34ADA">
        <w:rPr>
          <w:lang w:val="it-IT"/>
        </w:rPr>
        <w:t>☐  di</w:t>
      </w:r>
      <w:proofErr w:type="gramEnd"/>
      <w:r w:rsidRPr="00A34ADA">
        <w:rPr>
          <w:lang w:val="it-IT"/>
        </w:rPr>
        <w:t xml:space="preserve"> aver svolto attività di progettazione e/o conduzione di laboratori o percorsi educativi inclusivi e di accompagnamento di minori o nuclei familiari;</w:t>
      </w:r>
    </w:p>
    <w:p w14:paraId="11E463E0" w14:textId="77777777" w:rsidR="000D20C4" w:rsidRPr="00A34ADA" w:rsidRDefault="00000000">
      <w:pPr>
        <w:pStyle w:val="BulLocal"/>
        <w:rPr>
          <w:lang w:val="it-IT"/>
        </w:rPr>
      </w:pPr>
      <w:proofErr w:type="gramStart"/>
      <w:r w:rsidRPr="00A34ADA">
        <w:rPr>
          <w:lang w:val="it-IT"/>
        </w:rPr>
        <w:t>☐  di</w:t>
      </w:r>
      <w:proofErr w:type="gramEnd"/>
      <w:r w:rsidRPr="00A34ADA">
        <w:rPr>
          <w:lang w:val="it-IT"/>
        </w:rPr>
        <w:t xml:space="preserve"> aver lavorato in collaborazione con équipe, scuole, famiglie e/o servizi territoriali;</w:t>
      </w:r>
    </w:p>
    <w:p w14:paraId="01D83B7B" w14:textId="77777777" w:rsidR="000D20C4" w:rsidRPr="00A34ADA" w:rsidRDefault="00000000">
      <w:pPr>
        <w:pStyle w:val="BulLocal"/>
        <w:rPr>
          <w:lang w:val="it-IT"/>
        </w:rPr>
      </w:pPr>
      <w:proofErr w:type="gramStart"/>
      <w:r w:rsidRPr="00A34ADA">
        <w:rPr>
          <w:lang w:val="it-IT"/>
        </w:rPr>
        <w:t>☐  di</w:t>
      </w:r>
      <w:proofErr w:type="gramEnd"/>
      <w:r w:rsidRPr="00A34ADA">
        <w:rPr>
          <w:lang w:val="it-IT"/>
        </w:rPr>
        <w:t xml:space="preserve"> essere disponibile a prestare attività in presenza ad Arghillà e a partecipare alle riunioni e iniziative del progetto;</w:t>
      </w:r>
    </w:p>
    <w:p w14:paraId="5F6E9804" w14:textId="77777777" w:rsidR="000D20C4" w:rsidRPr="00A34ADA" w:rsidRDefault="00000000">
      <w:pPr>
        <w:pStyle w:val="BulLocal"/>
        <w:rPr>
          <w:lang w:val="it-IT"/>
        </w:rPr>
      </w:pPr>
      <w:proofErr w:type="gramStart"/>
      <w:r w:rsidRPr="00A34ADA">
        <w:rPr>
          <w:lang w:val="it-IT"/>
        </w:rPr>
        <w:t>☐  che</w:t>
      </w:r>
      <w:proofErr w:type="gramEnd"/>
      <w:r w:rsidRPr="00A34ADA">
        <w:rPr>
          <w:lang w:val="it-IT"/>
        </w:rPr>
        <w:t xml:space="preserve"> titoli, esperienze e periodi riportati nel curriculum sono veritieri e che i titoli indicati come conseguiti lo erano alla data di scadenza dell’avviso;</w:t>
      </w:r>
    </w:p>
    <w:p w14:paraId="30CAA7BD" w14:textId="77777777" w:rsidR="000D20C4" w:rsidRPr="00A34ADA" w:rsidRDefault="00000000">
      <w:pPr>
        <w:pStyle w:val="BulLocal"/>
        <w:rPr>
          <w:lang w:val="it-IT"/>
        </w:rPr>
      </w:pPr>
      <w:proofErr w:type="gramStart"/>
      <w:r w:rsidRPr="00A34ADA">
        <w:rPr>
          <w:lang w:val="it-IT"/>
        </w:rPr>
        <w:t>☐  di</w:t>
      </w:r>
      <w:proofErr w:type="gramEnd"/>
      <w:r w:rsidRPr="00A34ADA">
        <w:rPr>
          <w:lang w:val="it-IT"/>
        </w:rPr>
        <w:t xml:space="preserve"> non essere in situazioni di incompatibilità o conflitto di interessi ostative al conferimento dell’incarico e di impegnarsi a comunicare eventuali circostanze rilevanti.</w:t>
      </w:r>
    </w:p>
    <w:p w14:paraId="6991BB06" w14:textId="77777777" w:rsidR="000D20C4" w:rsidRPr="00A34ADA" w:rsidRDefault="00000000">
      <w:pPr>
        <w:pStyle w:val="HeadingLocal"/>
        <w:rPr>
          <w:lang w:val="it-IT"/>
        </w:rPr>
      </w:pPr>
      <w:r w:rsidRPr="00A34ADA">
        <w:rPr>
          <w:lang w:val="it-IT"/>
        </w:rPr>
        <w:t>Documentazione allegata</w:t>
      </w:r>
    </w:p>
    <w:p w14:paraId="16C0CC52" w14:textId="77777777" w:rsidR="000D20C4" w:rsidRPr="00A34ADA" w:rsidRDefault="00000000">
      <w:pPr>
        <w:pStyle w:val="BulLocal"/>
        <w:rPr>
          <w:lang w:val="it-IT"/>
        </w:rPr>
      </w:pPr>
      <w:proofErr w:type="gramStart"/>
      <w:r w:rsidRPr="00A34ADA">
        <w:rPr>
          <w:lang w:val="it-IT"/>
        </w:rPr>
        <w:t>☐  Curriculum</w:t>
      </w:r>
      <w:proofErr w:type="gramEnd"/>
      <w:r w:rsidRPr="00A34ADA">
        <w:rPr>
          <w:lang w:val="it-IT"/>
        </w:rPr>
        <w:t xml:space="preserve"> vitae aggiornato, datato e sottoscritto.</w:t>
      </w:r>
    </w:p>
    <w:p w14:paraId="7D6B11EB" w14:textId="77777777" w:rsidR="000D20C4" w:rsidRPr="00A34ADA" w:rsidRDefault="00000000">
      <w:pPr>
        <w:pStyle w:val="BulLocal"/>
        <w:rPr>
          <w:lang w:val="it-IT"/>
        </w:rPr>
      </w:pPr>
      <w:proofErr w:type="gramStart"/>
      <w:r w:rsidRPr="00A34ADA">
        <w:rPr>
          <w:lang w:val="it-IT"/>
        </w:rPr>
        <w:t>☐  Copia</w:t>
      </w:r>
      <w:proofErr w:type="gramEnd"/>
      <w:r w:rsidRPr="00A34ADA">
        <w:rPr>
          <w:lang w:val="it-IT"/>
        </w:rPr>
        <w:t xml:space="preserve"> di un documento d’identità valido.</w:t>
      </w:r>
    </w:p>
    <w:p w14:paraId="0F9B640D" w14:textId="77777777" w:rsidR="000D20C4" w:rsidRPr="00A34ADA" w:rsidRDefault="00000000">
      <w:pPr>
        <w:pStyle w:val="BulLocal"/>
        <w:rPr>
          <w:lang w:val="it-IT"/>
        </w:rPr>
      </w:pPr>
      <w:proofErr w:type="gramStart"/>
      <w:r w:rsidRPr="00A34ADA">
        <w:rPr>
          <w:lang w:val="it-IT"/>
        </w:rPr>
        <w:t>☐  Eventuali</w:t>
      </w:r>
      <w:proofErr w:type="gramEnd"/>
      <w:r w:rsidRPr="00A34ADA">
        <w:rPr>
          <w:lang w:val="it-IT"/>
        </w:rPr>
        <w:t xml:space="preserve"> attestati e documenti comprovanti titoli ed esperienze.</w:t>
      </w:r>
    </w:p>
    <w:p w14:paraId="575A0DFA" w14:textId="77777777" w:rsidR="000D20C4" w:rsidRPr="00A34ADA" w:rsidRDefault="00000000">
      <w:pPr>
        <w:rPr>
          <w:lang w:val="it-IT"/>
        </w:rPr>
      </w:pPr>
      <w:r w:rsidRPr="00A34ADA">
        <w:rPr>
          <w:lang w:val="it-IT"/>
        </w:rPr>
        <w:t>Luogo e data: ___________________________________       Firma: ___________________________________</w:t>
      </w:r>
    </w:p>
    <w:p w14:paraId="34D7260F" w14:textId="77777777" w:rsidR="000D20C4" w:rsidRPr="00A34ADA" w:rsidRDefault="00000000">
      <w:pPr>
        <w:pStyle w:val="HeadingLocal"/>
        <w:rPr>
          <w:lang w:val="it-IT"/>
        </w:rPr>
      </w:pPr>
      <w:r w:rsidRPr="00A34ADA">
        <w:rPr>
          <w:lang w:val="it-IT"/>
        </w:rPr>
        <w:t>Informazioni sul trattamento dei dati</w:t>
      </w:r>
    </w:p>
    <w:p w14:paraId="3CDBD90D" w14:textId="77777777" w:rsidR="000D20C4" w:rsidRPr="00A34ADA" w:rsidRDefault="00000000">
      <w:pPr>
        <w:rPr>
          <w:lang w:val="it-IT"/>
        </w:rPr>
      </w:pPr>
      <w:r w:rsidRPr="00A34ADA">
        <w:rPr>
          <w:lang w:val="it-IT"/>
        </w:rPr>
        <w:t>Il Consorzio Macramè, con sede legale in Via Petrara 10, Reggio Calabria, tratta i dati raccolti per ricevere e valutare le candidature e gestire gli adempimenti connessi alla selezione. L’informativa completa ai sensi dell’art. 13 del Regolamento (UE) 2016/679 deve essere messa a disposizione dei candidati prima dell’invio della domanda.</w:t>
      </w:r>
    </w:p>
    <w:p w14:paraId="5922AC20" w14:textId="77777777" w:rsidR="000D20C4" w:rsidRPr="00A34ADA" w:rsidRDefault="00000000">
      <w:pPr>
        <w:rPr>
          <w:lang w:val="it-IT"/>
        </w:rPr>
      </w:pPr>
      <w:r w:rsidRPr="00A34ADA">
        <w:rPr>
          <w:lang w:val="it-IT"/>
        </w:rPr>
        <w:t>Dichiaro di aver preso visione dell’informativa completa sul trattamento dei dati personali relativa alla presente selezione.</w:t>
      </w:r>
    </w:p>
    <w:p w14:paraId="223230C0" w14:textId="77777777" w:rsidR="000D20C4" w:rsidRPr="00A34ADA" w:rsidRDefault="00000000">
      <w:pPr>
        <w:rPr>
          <w:lang w:val="it-IT"/>
        </w:rPr>
      </w:pPr>
      <w:r w:rsidRPr="00A34ADA">
        <w:rPr>
          <w:lang w:val="it-IT"/>
        </w:rPr>
        <w:lastRenderedPageBreak/>
        <w:t>Luogo e data: ___________________________________       Firma: ___________________________________</w:t>
      </w:r>
    </w:p>
    <w:sectPr w:rsidR="000D20C4" w:rsidRPr="00A34ADA" w:rsidSect="00034616">
      <w:headerReference w:type="default" r:id="rId8"/>
      <w:footerReference w:type="default" r:id="rId9"/>
      <w:pgSz w:w="11906" w:h="16838"/>
      <w:pgMar w:top="2013" w:right="1134" w:bottom="1191" w:left="1134" w:header="369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F2916" w14:textId="77777777" w:rsidR="00237F7B" w:rsidRDefault="00237F7B">
      <w:pPr>
        <w:spacing w:after="0" w:line="240" w:lineRule="auto"/>
      </w:pPr>
      <w:r>
        <w:separator/>
      </w:r>
    </w:p>
  </w:endnote>
  <w:endnote w:type="continuationSeparator" w:id="0">
    <w:p w14:paraId="5DF738C5" w14:textId="77777777" w:rsidR="00237F7B" w:rsidRDefault="00237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5A1BF" w14:textId="77777777" w:rsidR="000D20C4" w:rsidRDefault="00000000">
    <w:pPr>
      <w:pStyle w:val="Pidipagina"/>
      <w:jc w:val="center"/>
    </w:pPr>
    <w:r>
      <w:rPr>
        <w:noProof/>
      </w:rPr>
      <w:drawing>
        <wp:inline distT="0" distB="0" distL="0" distR="0" wp14:anchorId="0F162630" wp14:editId="5FC3CB30">
          <wp:extent cx="6120000" cy="626905"/>
          <wp:effectExtent l="0" t="0" r="0" b="0"/>
          <wp:docPr id="8349154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partner_foo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626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9BDB9" w14:textId="77777777" w:rsidR="00237F7B" w:rsidRDefault="00237F7B">
      <w:pPr>
        <w:spacing w:after="0" w:line="240" w:lineRule="auto"/>
      </w:pPr>
      <w:r>
        <w:separator/>
      </w:r>
    </w:p>
  </w:footnote>
  <w:footnote w:type="continuationSeparator" w:id="0">
    <w:p w14:paraId="1A83D4D3" w14:textId="77777777" w:rsidR="00237F7B" w:rsidRDefault="00237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2344C" w14:textId="77777777" w:rsidR="000D20C4" w:rsidRDefault="000D20C4">
    <w:pPr>
      <w:pStyle w:val="Intestazione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4819"/>
      <w:gridCol w:w="4819"/>
    </w:tblGrid>
    <w:tr w:rsidR="000D20C4" w14:paraId="4D4707F4" w14:textId="77777777">
      <w:tc>
        <w:tcPr>
          <w:tcW w:w="4819" w:type="dxa"/>
        </w:tcPr>
        <w:p w14:paraId="5C0D4FAE" w14:textId="77777777" w:rsidR="000D20C4" w:rsidRDefault="00000000">
          <w:pPr>
            <w:spacing w:after="0"/>
          </w:pPr>
          <w:r>
            <w:rPr>
              <w:noProof/>
            </w:rPr>
            <w:drawing>
              <wp:inline distT="0" distB="0" distL="0" distR="0" wp14:anchorId="2C66AF16" wp14:editId="7A57A306">
                <wp:extent cx="2160000" cy="123428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brand_crop_whit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0000" cy="12342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</w:tcPr>
        <w:p w14:paraId="05B69AA9" w14:textId="77777777" w:rsidR="000D20C4" w:rsidRDefault="00000000">
          <w:pPr>
            <w:spacing w:after="0"/>
          </w:pPr>
          <w:proofErr w:type="spellStart"/>
          <w:r>
            <w:rPr>
              <w:b/>
              <w:color w:val="15446F"/>
              <w:sz w:val="16"/>
            </w:rPr>
            <w:t>Macramè</w:t>
          </w:r>
          <w:proofErr w:type="spellEnd"/>
          <w:r>
            <w:rPr>
              <w:b/>
              <w:color w:val="15446F"/>
              <w:sz w:val="16"/>
            </w:rPr>
            <w:t xml:space="preserve"> Trame </w:t>
          </w:r>
          <w:proofErr w:type="spellStart"/>
          <w:r>
            <w:rPr>
              <w:b/>
              <w:color w:val="15446F"/>
              <w:sz w:val="16"/>
            </w:rPr>
            <w:t>Solidali</w:t>
          </w:r>
          <w:proofErr w:type="spellEnd"/>
          <w:r>
            <w:rPr>
              <w:b/>
              <w:color w:val="15446F"/>
              <w:sz w:val="16"/>
            </w:rPr>
            <w:t xml:space="preserve"> </w:t>
          </w:r>
          <w:proofErr w:type="spellStart"/>
          <w:r>
            <w:rPr>
              <w:b/>
              <w:color w:val="15446F"/>
              <w:sz w:val="16"/>
            </w:rPr>
            <w:t>nelle</w:t>
          </w:r>
          <w:proofErr w:type="spellEnd"/>
          <w:r>
            <w:rPr>
              <w:b/>
              <w:color w:val="15446F"/>
              <w:sz w:val="16"/>
            </w:rPr>
            <w:t xml:space="preserve"> Terre del Sole</w:t>
          </w:r>
          <w:r>
            <w:rPr>
              <w:b/>
              <w:color w:val="15446F"/>
              <w:sz w:val="16"/>
            </w:rPr>
            <w:br/>
            <w:t xml:space="preserve">Consorzio Cooperative </w:t>
          </w:r>
          <w:proofErr w:type="spellStart"/>
          <w:r>
            <w:rPr>
              <w:b/>
              <w:color w:val="15446F"/>
              <w:sz w:val="16"/>
            </w:rPr>
            <w:t>Sociali</w:t>
          </w:r>
          <w:proofErr w:type="spellEnd"/>
          <w:r>
            <w:rPr>
              <w:b/>
              <w:color w:val="15446F"/>
              <w:sz w:val="16"/>
            </w:rPr>
            <w:t xml:space="preserve"> di </w:t>
          </w:r>
          <w:proofErr w:type="spellStart"/>
          <w:r>
            <w:rPr>
              <w:b/>
              <w:color w:val="15446F"/>
              <w:sz w:val="16"/>
            </w:rPr>
            <w:t>Solidarietà</w:t>
          </w:r>
          <w:proofErr w:type="spellEnd"/>
        </w:p>
        <w:p w14:paraId="4957EDB5" w14:textId="77777777" w:rsidR="000D20C4" w:rsidRDefault="00000000">
          <w:pPr>
            <w:spacing w:after="0"/>
          </w:pPr>
          <w:r>
            <w:rPr>
              <w:color w:val="235B91"/>
              <w:sz w:val="14"/>
            </w:rPr>
            <w:t xml:space="preserve">C.F. e P.IVA </w:t>
          </w:r>
          <w:proofErr w:type="gramStart"/>
          <w:r>
            <w:rPr>
              <w:color w:val="235B91"/>
              <w:sz w:val="14"/>
            </w:rPr>
            <w:t>02372250809  •</w:t>
          </w:r>
          <w:proofErr w:type="gramEnd"/>
          <w:r>
            <w:rPr>
              <w:color w:val="235B91"/>
              <w:sz w:val="14"/>
            </w:rPr>
            <w:t xml:space="preserve">  consorzio.macrame@pec.it</w:t>
          </w:r>
          <w:r>
            <w:rPr>
              <w:color w:val="235B91"/>
              <w:sz w:val="14"/>
            </w:rPr>
            <w:br/>
            <w:t xml:space="preserve">Via </w:t>
          </w:r>
          <w:proofErr w:type="spellStart"/>
          <w:r>
            <w:rPr>
              <w:color w:val="235B91"/>
              <w:sz w:val="14"/>
            </w:rPr>
            <w:t>Petrara</w:t>
          </w:r>
          <w:proofErr w:type="spellEnd"/>
          <w:r>
            <w:rPr>
              <w:color w:val="235B91"/>
              <w:sz w:val="14"/>
            </w:rPr>
            <w:t xml:space="preserve">, 10 – 89124 Reggio </w:t>
          </w:r>
          <w:proofErr w:type="gramStart"/>
          <w:r>
            <w:rPr>
              <w:color w:val="235B91"/>
              <w:sz w:val="14"/>
            </w:rPr>
            <w:t>Calabria  •</w:t>
          </w:r>
          <w:proofErr w:type="gramEnd"/>
          <w:r>
            <w:rPr>
              <w:color w:val="235B91"/>
              <w:sz w:val="14"/>
            </w:rPr>
            <w:t xml:space="preserve">  Tel. 0965 896669</w:t>
          </w:r>
          <w:r>
            <w:rPr>
              <w:color w:val="235B91"/>
              <w:sz w:val="14"/>
            </w:rPr>
            <w:br/>
          </w:r>
          <w:proofErr w:type="gramStart"/>
          <w:r>
            <w:rPr>
              <w:color w:val="235B91"/>
              <w:sz w:val="14"/>
            </w:rPr>
            <w:t>www.consorziomacrame.it  •</w:t>
          </w:r>
          <w:proofErr w:type="gramEnd"/>
          <w:r>
            <w:rPr>
              <w:color w:val="235B91"/>
              <w:sz w:val="14"/>
            </w:rPr>
            <w:t xml:space="preserve">  info@consorziomacrame.it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7201924">
    <w:abstractNumId w:val="8"/>
  </w:num>
  <w:num w:numId="2" w16cid:durableId="1430613966">
    <w:abstractNumId w:val="6"/>
  </w:num>
  <w:num w:numId="3" w16cid:durableId="280651049">
    <w:abstractNumId w:val="5"/>
  </w:num>
  <w:num w:numId="4" w16cid:durableId="270361634">
    <w:abstractNumId w:val="4"/>
  </w:num>
  <w:num w:numId="5" w16cid:durableId="198737338">
    <w:abstractNumId w:val="7"/>
  </w:num>
  <w:num w:numId="6" w16cid:durableId="2083868521">
    <w:abstractNumId w:val="3"/>
  </w:num>
  <w:num w:numId="7" w16cid:durableId="1078871026">
    <w:abstractNumId w:val="2"/>
  </w:num>
  <w:num w:numId="8" w16cid:durableId="952128703">
    <w:abstractNumId w:val="1"/>
  </w:num>
  <w:num w:numId="9" w16cid:durableId="1830755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20C4"/>
    <w:rsid w:val="001364F1"/>
    <w:rsid w:val="0015074B"/>
    <w:rsid w:val="00237F7B"/>
    <w:rsid w:val="0029639D"/>
    <w:rsid w:val="00326F90"/>
    <w:rsid w:val="00A34ADA"/>
    <w:rsid w:val="00AA1D8D"/>
    <w:rsid w:val="00AA470C"/>
    <w:rsid w:val="00B47730"/>
    <w:rsid w:val="00CB0664"/>
    <w:rsid w:val="00CC650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E8F92A"/>
  <w14:defaultImageDpi w14:val="300"/>
  <w15:docId w15:val="{4FBCCC61-558D-4D6B-AB37-713892B59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69" w:lineRule="auto"/>
    </w:pPr>
    <w:rPr>
      <w:rFonts w:ascii="Arial" w:hAnsi="Arial"/>
      <w:color w:val="232B36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Local">
    <w:name w:val="TitleLocal"/>
    <w:pPr>
      <w:keepNext/>
      <w:spacing w:after="120"/>
    </w:pPr>
    <w:rPr>
      <w:rFonts w:ascii="Arial" w:hAnsi="Arial"/>
      <w:b/>
      <w:color w:val="15446F"/>
      <w:sz w:val="27"/>
    </w:rPr>
  </w:style>
  <w:style w:type="paragraph" w:customStyle="1" w:styleId="HeadingLocal">
    <w:name w:val="HeadingLocal"/>
    <w:pPr>
      <w:keepNext/>
      <w:spacing w:before="200" w:after="80"/>
    </w:pPr>
    <w:rPr>
      <w:rFonts w:ascii="Arial" w:hAnsi="Arial"/>
      <w:b/>
      <w:color w:val="15446F"/>
      <w:sz w:val="20"/>
    </w:rPr>
  </w:style>
  <w:style w:type="paragraph" w:customStyle="1" w:styleId="Minor">
    <w:name w:val="Minor"/>
    <w:pPr>
      <w:keepNext/>
      <w:spacing w:before="120" w:after="60"/>
    </w:pPr>
    <w:rPr>
      <w:rFonts w:ascii="Arial" w:hAnsi="Arial"/>
      <w:b/>
      <w:color w:val="15446F"/>
      <w:sz w:val="19"/>
    </w:rPr>
  </w:style>
  <w:style w:type="paragraph" w:customStyle="1" w:styleId="BulLocal">
    <w:name w:val="BulLocal"/>
    <w:pPr>
      <w:spacing w:after="60"/>
      <w:ind w:left="227" w:hanging="142"/>
    </w:pPr>
    <w:rPr>
      <w:rFonts w:ascii="Arial" w:hAnsi="Arial"/>
      <w:color w:val="232B36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2013-12-23T23:15:00Z</dcterms:created>
  <dcterms:modified xsi:type="dcterms:W3CDTF">2026-10-23T07:13:00Z</dcterms:modified>
  <cp:category/>
</cp:coreProperties>
</file>