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2A66" w14:textId="77777777" w:rsidR="000D20C4" w:rsidRPr="00A34ADA" w:rsidRDefault="00000000" w:rsidP="00AA470C">
      <w:pPr>
        <w:pStyle w:val="TitleLocal"/>
        <w:jc w:val="center"/>
        <w:rPr>
          <w:lang w:val="it-IT"/>
        </w:rPr>
      </w:pPr>
      <w:r w:rsidRPr="00A34ADA">
        <w:rPr>
          <w:lang w:val="it-IT"/>
        </w:rPr>
        <w:t>ALLEGATO 1 – DOMANDA DI PARTECIPAZIONE</w:t>
      </w:r>
    </w:p>
    <w:p w14:paraId="7BFA3CBB" w14:textId="0D4464D1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 xml:space="preserve">Selezione di n. </w:t>
      </w:r>
      <w:r w:rsidR="00EE00BD">
        <w:rPr>
          <w:lang w:val="it-IT"/>
        </w:rPr>
        <w:t>15 figure professionali</w:t>
      </w:r>
    </w:p>
    <w:p w14:paraId="49F8C7AF" w14:textId="2FD3EEE2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 xml:space="preserve">Progetto </w:t>
      </w:r>
      <w:proofErr w:type="spellStart"/>
      <w:proofErr w:type="gramStart"/>
      <w:r w:rsidRPr="00A34ADA">
        <w:rPr>
          <w:lang w:val="it-IT"/>
        </w:rPr>
        <w:t>P.Art.E</w:t>
      </w:r>
      <w:proofErr w:type="gramEnd"/>
      <w:r w:rsidRPr="00A34ADA">
        <w:rPr>
          <w:lang w:val="it-IT"/>
        </w:rPr>
        <w:t>.C.I.</w:t>
      </w:r>
      <w:proofErr w:type="gramStart"/>
      <w:r w:rsidRPr="00A34ADA">
        <w:rPr>
          <w:lang w:val="it-IT"/>
        </w:rPr>
        <w:t>P.O</w:t>
      </w:r>
      <w:proofErr w:type="spellEnd"/>
      <w:proofErr w:type="gramEnd"/>
      <w:r w:rsidRPr="00A34ADA">
        <w:rPr>
          <w:lang w:val="it-IT"/>
        </w:rPr>
        <w:t xml:space="preserve"> </w:t>
      </w:r>
      <w:r w:rsidR="00EE00BD">
        <w:rPr>
          <w:lang w:val="it-IT"/>
        </w:rPr>
        <w:t>TAURIANA</w:t>
      </w:r>
      <w:r w:rsidR="00EE00BD" w:rsidRPr="00A34ADA">
        <w:rPr>
          <w:lang w:val="it-IT"/>
        </w:rPr>
        <w:t xml:space="preserve"> </w:t>
      </w:r>
      <w:proofErr w:type="gramStart"/>
      <w:r w:rsidRPr="00A34ADA">
        <w:rPr>
          <w:lang w:val="it-IT"/>
        </w:rPr>
        <w:t>|  PR</w:t>
      </w:r>
      <w:proofErr w:type="gramEnd"/>
      <w:r w:rsidRPr="00A34ADA">
        <w:rPr>
          <w:lang w:val="it-IT"/>
        </w:rPr>
        <w:t xml:space="preserve"> Calabria FESR FSE+ 2021–2027</w:t>
      </w:r>
      <w:r w:rsidRPr="00A34ADA">
        <w:rPr>
          <w:lang w:val="it-IT"/>
        </w:rPr>
        <w:br/>
        <w:t>Azione 4.1.1 – ESO4.</w:t>
      </w:r>
      <w:proofErr w:type="gramStart"/>
      <w:r w:rsidRPr="00A34ADA">
        <w:rPr>
          <w:lang w:val="it-IT"/>
        </w:rPr>
        <w:t>12  |</w:t>
      </w:r>
      <w:proofErr w:type="gramEnd"/>
      <w:r w:rsidRPr="00A34ADA">
        <w:rPr>
          <w:lang w:val="it-IT"/>
        </w:rPr>
        <w:t xml:space="preserve">  CUP H39I26000410002</w:t>
      </w:r>
    </w:p>
    <w:p w14:paraId="68115C77" w14:textId="77777777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>Al Consorzio Macramè – Trame Solidali nelle Terre del Sole</w:t>
      </w:r>
    </w:p>
    <w:p w14:paraId="7D151D8A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Dati del/della candidato/a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39"/>
        <w:gridCol w:w="5641"/>
      </w:tblGrid>
      <w:tr w:rsidR="000D20C4" w:rsidRPr="00A34ADA" w14:paraId="596C0983" w14:textId="77777777" w:rsidTr="00EE00BD">
        <w:trPr>
          <w:cantSplit/>
          <w:trHeight w:val="270"/>
        </w:trPr>
        <w:tc>
          <w:tcPr>
            <w:tcW w:w="3839" w:type="dxa"/>
          </w:tcPr>
          <w:p w14:paraId="2E1B2EF2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5641" w:type="dxa"/>
          </w:tcPr>
          <w:p w14:paraId="63E4BE79" w14:textId="70C2EE9D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5588E978" w14:textId="77777777" w:rsidTr="00EE00BD">
        <w:trPr>
          <w:cantSplit/>
          <w:trHeight w:val="291"/>
        </w:trPr>
        <w:tc>
          <w:tcPr>
            <w:tcW w:w="3839" w:type="dxa"/>
          </w:tcPr>
          <w:p w14:paraId="20B5D376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A34ADA">
              <w:rPr>
                <w:b/>
                <w:sz w:val="16"/>
                <w:lang w:val="it-IT"/>
              </w:rPr>
              <w:t>a</w:t>
            </w:r>
            <w:proofErr w:type="spellEnd"/>
            <w:r w:rsidRPr="00A34ADA">
              <w:rPr>
                <w:b/>
                <w:sz w:val="16"/>
                <w:lang w:val="it-IT"/>
              </w:rPr>
              <w:t xml:space="preserve"> – data di nascita</w:t>
            </w:r>
          </w:p>
        </w:tc>
        <w:tc>
          <w:tcPr>
            <w:tcW w:w="5641" w:type="dxa"/>
          </w:tcPr>
          <w:p w14:paraId="7A7E2CC8" w14:textId="6DD1F1BE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1B70AEF9" w14:textId="77777777" w:rsidTr="00EE00BD">
        <w:trPr>
          <w:cantSplit/>
          <w:trHeight w:val="270"/>
        </w:trPr>
        <w:tc>
          <w:tcPr>
            <w:tcW w:w="3839" w:type="dxa"/>
          </w:tcPr>
          <w:p w14:paraId="00718155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5641" w:type="dxa"/>
          </w:tcPr>
          <w:p w14:paraId="1D7B3A1A" w14:textId="66211A50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26BE5B6A" w14:textId="77777777" w:rsidTr="00EE00BD">
        <w:trPr>
          <w:cantSplit/>
          <w:trHeight w:val="291"/>
        </w:trPr>
        <w:tc>
          <w:tcPr>
            <w:tcW w:w="3839" w:type="dxa"/>
          </w:tcPr>
          <w:p w14:paraId="4CF535EC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Partita IVA (se posseduta)</w:t>
            </w:r>
          </w:p>
        </w:tc>
        <w:tc>
          <w:tcPr>
            <w:tcW w:w="5641" w:type="dxa"/>
          </w:tcPr>
          <w:p w14:paraId="76228E69" w14:textId="52DD5B31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62A74805" w14:textId="77777777" w:rsidTr="00EE00BD">
        <w:trPr>
          <w:cantSplit/>
          <w:trHeight w:val="270"/>
        </w:trPr>
        <w:tc>
          <w:tcPr>
            <w:tcW w:w="3839" w:type="dxa"/>
          </w:tcPr>
          <w:p w14:paraId="6FC5C25A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Residenza (indirizzo, Comune, Prov., CAP)</w:t>
            </w:r>
          </w:p>
        </w:tc>
        <w:tc>
          <w:tcPr>
            <w:tcW w:w="5641" w:type="dxa"/>
          </w:tcPr>
          <w:p w14:paraId="10BDF687" w14:textId="54C26AA6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7EF5D607" w14:textId="77777777" w:rsidTr="00EE00BD">
        <w:trPr>
          <w:cantSplit/>
          <w:trHeight w:val="270"/>
        </w:trPr>
        <w:tc>
          <w:tcPr>
            <w:tcW w:w="3839" w:type="dxa"/>
          </w:tcPr>
          <w:p w14:paraId="4682E3BF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Email</w:t>
            </w:r>
          </w:p>
        </w:tc>
        <w:tc>
          <w:tcPr>
            <w:tcW w:w="5641" w:type="dxa"/>
          </w:tcPr>
          <w:p w14:paraId="266800DD" w14:textId="64DAC93F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209467D7" w14:textId="77777777" w:rsidTr="00EE00BD">
        <w:trPr>
          <w:cantSplit/>
          <w:trHeight w:val="291"/>
        </w:trPr>
        <w:tc>
          <w:tcPr>
            <w:tcW w:w="3839" w:type="dxa"/>
          </w:tcPr>
          <w:p w14:paraId="3820D024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PEC (se disponibile)</w:t>
            </w:r>
          </w:p>
        </w:tc>
        <w:tc>
          <w:tcPr>
            <w:tcW w:w="5641" w:type="dxa"/>
          </w:tcPr>
          <w:p w14:paraId="5DDDC9D2" w14:textId="26F587A3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  <w:tr w:rsidR="000D20C4" w:rsidRPr="00A34ADA" w14:paraId="18D19477" w14:textId="77777777" w:rsidTr="00EE00BD">
        <w:trPr>
          <w:cantSplit/>
          <w:trHeight w:val="270"/>
        </w:trPr>
        <w:tc>
          <w:tcPr>
            <w:tcW w:w="3839" w:type="dxa"/>
          </w:tcPr>
          <w:p w14:paraId="786061D1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Telefono</w:t>
            </w:r>
          </w:p>
        </w:tc>
        <w:tc>
          <w:tcPr>
            <w:tcW w:w="5641" w:type="dxa"/>
          </w:tcPr>
          <w:p w14:paraId="24959067" w14:textId="59052660" w:rsidR="000D20C4" w:rsidRPr="00A34ADA" w:rsidRDefault="000D20C4">
            <w:pPr>
              <w:spacing w:after="0"/>
              <w:rPr>
                <w:lang w:val="it-IT"/>
              </w:rPr>
            </w:pPr>
          </w:p>
        </w:tc>
      </w:tr>
    </w:tbl>
    <w:p w14:paraId="3B3952ED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CHIEDE</w:t>
      </w:r>
    </w:p>
    <w:p w14:paraId="212F22B2" w14:textId="71A0B6E3" w:rsidR="000D20C4" w:rsidRPr="00A34ADA" w:rsidRDefault="00000000">
      <w:pPr>
        <w:rPr>
          <w:lang w:val="it-IT"/>
        </w:rPr>
      </w:pPr>
      <w:r w:rsidRPr="00A34ADA">
        <w:rPr>
          <w:lang w:val="it-IT"/>
        </w:rPr>
        <w:t>di partecipare alla selezione per</w:t>
      </w:r>
      <w:r w:rsidR="00EE00BD">
        <w:rPr>
          <w:lang w:val="it-IT"/>
        </w:rPr>
        <w:t xml:space="preserve">sonale </w:t>
      </w:r>
      <w:r w:rsidRPr="00A34ADA">
        <w:rPr>
          <w:lang w:val="it-IT"/>
        </w:rPr>
        <w:t xml:space="preserve">da impiegare nelle attività del progetto </w:t>
      </w:r>
      <w:proofErr w:type="spellStart"/>
      <w:proofErr w:type="gramStart"/>
      <w:r w:rsidRPr="00A34ADA">
        <w:rPr>
          <w:lang w:val="it-IT"/>
        </w:rPr>
        <w:t>P.Art.E</w:t>
      </w:r>
      <w:proofErr w:type="gramEnd"/>
      <w:r w:rsidRPr="00A34ADA">
        <w:rPr>
          <w:lang w:val="it-IT"/>
        </w:rPr>
        <w:t>.C.I.</w:t>
      </w:r>
      <w:proofErr w:type="gramStart"/>
      <w:r w:rsidRPr="00A34ADA">
        <w:rPr>
          <w:lang w:val="it-IT"/>
        </w:rPr>
        <w:t>P.O</w:t>
      </w:r>
      <w:proofErr w:type="spellEnd"/>
      <w:proofErr w:type="gramEnd"/>
      <w:r w:rsidR="00EE00BD">
        <w:rPr>
          <w:lang w:val="it-IT"/>
        </w:rPr>
        <w:t xml:space="preserve"> TAURIANA</w:t>
      </w:r>
      <w:r w:rsidRPr="00A34ADA">
        <w:rPr>
          <w:lang w:val="it-IT"/>
        </w:rPr>
        <w:t>.</w:t>
      </w:r>
    </w:p>
    <w:p w14:paraId="2852BCEA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DICHIARA</w:t>
      </w:r>
    </w:p>
    <w:p w14:paraId="092623F8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Ai sensi degli artt. 46 e 47 del D.P.R. 445/2000, sotto la propria responsabilità e consapevole delle sanzioni previste dall’art. 76 in caso di dichiarazioni mendaci:</w:t>
      </w:r>
    </w:p>
    <w:p w14:paraId="173E9519" w14:textId="209434B0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di possedere il titolo di studio richiesto dall’avviso: ________________________________ conseguito presso ________________________________ in data ___________________;</w:t>
      </w:r>
    </w:p>
    <w:p w14:paraId="01D83B7B" w14:textId="2A5A7CA6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di essere disponibile a prestare attività in presenza</w:t>
      </w:r>
      <w:r w:rsidR="00EE00BD">
        <w:rPr>
          <w:lang w:val="it-IT"/>
        </w:rPr>
        <w:t xml:space="preserve"> nel comune di Palmi </w:t>
      </w:r>
      <w:r w:rsidRPr="00A34ADA">
        <w:rPr>
          <w:lang w:val="it-IT"/>
        </w:rPr>
        <w:t>e a partecipare alle riunioni e iniziative del progetto;</w:t>
      </w:r>
    </w:p>
    <w:p w14:paraId="5F6E9804" w14:textId="6BB7DA67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che titoli, esperienze e periodi riportati nel curriculum sono veritieri e che i titoli indicati come conseguiti lo erano alla data di scadenza dell’avviso;</w:t>
      </w:r>
    </w:p>
    <w:p w14:paraId="30CAA7BD" w14:textId="0742A140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di non essere in situazioni di incompatibilità o conflitto di interessi ostative al conferimento dell’incarico e di impegnarsi a comunicare eventuali circostanze rilevanti.</w:t>
      </w:r>
    </w:p>
    <w:p w14:paraId="6991BB06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Documentazione allegata</w:t>
      </w:r>
    </w:p>
    <w:p w14:paraId="16C0CC52" w14:textId="2230C33B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Curriculum vitae aggiornato, datato e sottoscritto.</w:t>
      </w:r>
    </w:p>
    <w:p w14:paraId="7D6B11EB" w14:textId="43BE8400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Copia di un documento d’identità valido.</w:t>
      </w:r>
    </w:p>
    <w:p w14:paraId="0F9B640D" w14:textId="7EDADE78" w:rsidR="000D20C4" w:rsidRPr="00A34ADA" w:rsidRDefault="00000000">
      <w:pPr>
        <w:pStyle w:val="BulLocal"/>
        <w:rPr>
          <w:lang w:val="it-IT"/>
        </w:rPr>
      </w:pPr>
      <w:r w:rsidRPr="00A34ADA">
        <w:rPr>
          <w:lang w:val="it-IT"/>
        </w:rPr>
        <w:t>☐ Eventuali attestati e documenti comprovanti titoli ed esperienze.</w:t>
      </w:r>
    </w:p>
    <w:p w14:paraId="575A0DFA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Luogo e data: ___________________________________       Firma: ___________________________________</w:t>
      </w:r>
    </w:p>
    <w:p w14:paraId="34D7260F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Informazioni sul trattamento dei dati</w:t>
      </w:r>
    </w:p>
    <w:p w14:paraId="3CDBD90D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Il Consorzio Macramè, con sede legale in Via Petrara 10, Reggio Calabria, tratta i dati raccolti per ricevere e valutare le candidature e gestire gli adempimenti connessi alla selezione. L’informativa completa ai sensi dell’art. 13 del Regolamento (UE) 2016/679 deve essere messa a disposizione dei candidati prima dell’invio della domanda.</w:t>
      </w:r>
    </w:p>
    <w:p w14:paraId="5922AC20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Dichiaro di aver preso visione dell’informativa completa sul trattamento dei dati personali relativa alla presente selezione.</w:t>
      </w:r>
    </w:p>
    <w:p w14:paraId="223230C0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Luogo e data: ___________________________________       Firma: ___________________________________</w:t>
      </w:r>
    </w:p>
    <w:sectPr w:rsidR="000D20C4" w:rsidRPr="00A34ADA" w:rsidSect="00034616">
      <w:headerReference w:type="default" r:id="rId8"/>
      <w:footerReference w:type="default" r:id="rId9"/>
      <w:pgSz w:w="11906" w:h="16838"/>
      <w:pgMar w:top="2013" w:right="1134" w:bottom="1191" w:left="1134" w:header="36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F72AC" w14:textId="77777777" w:rsidR="007743FA" w:rsidRDefault="007743FA">
      <w:pPr>
        <w:spacing w:after="0" w:line="240" w:lineRule="auto"/>
      </w:pPr>
      <w:r>
        <w:separator/>
      </w:r>
    </w:p>
  </w:endnote>
  <w:endnote w:type="continuationSeparator" w:id="0">
    <w:p w14:paraId="30102E6E" w14:textId="77777777" w:rsidR="007743FA" w:rsidRDefault="0077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A1BF" w14:textId="77777777" w:rsidR="000D20C4" w:rsidRDefault="00000000">
    <w:pPr>
      <w:pStyle w:val="Pidipagina"/>
      <w:jc w:val="center"/>
    </w:pPr>
    <w:r>
      <w:rPr>
        <w:noProof/>
      </w:rPr>
      <w:drawing>
        <wp:inline distT="0" distB="0" distL="0" distR="0" wp14:anchorId="0F162630" wp14:editId="5FC3CB30">
          <wp:extent cx="6120000" cy="626905"/>
          <wp:effectExtent l="0" t="0" r="0" b="0"/>
          <wp:docPr id="8349154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partner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F4909" w14:textId="77777777" w:rsidR="007743FA" w:rsidRDefault="007743FA">
      <w:pPr>
        <w:spacing w:after="0" w:line="240" w:lineRule="auto"/>
      </w:pPr>
      <w:r>
        <w:separator/>
      </w:r>
    </w:p>
  </w:footnote>
  <w:footnote w:type="continuationSeparator" w:id="0">
    <w:p w14:paraId="239A0424" w14:textId="77777777" w:rsidR="007743FA" w:rsidRDefault="0077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344C" w14:textId="77777777" w:rsidR="000D20C4" w:rsidRDefault="000D20C4">
    <w:pPr>
      <w:pStyle w:val="Intestazion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0D20C4" w14:paraId="4D4707F4" w14:textId="77777777">
      <w:tc>
        <w:tcPr>
          <w:tcW w:w="4819" w:type="dxa"/>
        </w:tcPr>
        <w:p w14:paraId="5C0D4FAE" w14:textId="77777777" w:rsidR="000D20C4" w:rsidRDefault="00000000">
          <w:pPr>
            <w:spacing w:after="0"/>
          </w:pPr>
          <w:r>
            <w:rPr>
              <w:noProof/>
            </w:rPr>
            <w:drawing>
              <wp:inline distT="0" distB="0" distL="0" distR="0" wp14:anchorId="2C66AF16" wp14:editId="7A57A306">
                <wp:extent cx="2160000" cy="123428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brand_crop_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1234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14:paraId="05B69AA9" w14:textId="77777777" w:rsidR="000D20C4" w:rsidRDefault="00000000">
          <w:pPr>
            <w:spacing w:after="0"/>
          </w:pPr>
          <w:proofErr w:type="spellStart"/>
          <w:r>
            <w:rPr>
              <w:b/>
              <w:color w:val="15446F"/>
              <w:sz w:val="16"/>
            </w:rPr>
            <w:t>Macramè</w:t>
          </w:r>
          <w:proofErr w:type="spellEnd"/>
          <w:r>
            <w:rPr>
              <w:b/>
              <w:color w:val="15446F"/>
              <w:sz w:val="16"/>
            </w:rPr>
            <w:t xml:space="preserve"> Trame </w:t>
          </w:r>
          <w:proofErr w:type="spellStart"/>
          <w:r>
            <w:rPr>
              <w:b/>
              <w:color w:val="15446F"/>
              <w:sz w:val="16"/>
            </w:rPr>
            <w:t>Solidali</w:t>
          </w:r>
          <w:proofErr w:type="spellEnd"/>
          <w:r>
            <w:rPr>
              <w:b/>
              <w:color w:val="15446F"/>
              <w:sz w:val="16"/>
            </w:rPr>
            <w:t xml:space="preserve"> </w:t>
          </w:r>
          <w:proofErr w:type="spellStart"/>
          <w:r>
            <w:rPr>
              <w:b/>
              <w:color w:val="15446F"/>
              <w:sz w:val="16"/>
            </w:rPr>
            <w:t>nelle</w:t>
          </w:r>
          <w:proofErr w:type="spellEnd"/>
          <w:r>
            <w:rPr>
              <w:b/>
              <w:color w:val="15446F"/>
              <w:sz w:val="16"/>
            </w:rPr>
            <w:t xml:space="preserve"> Terre del Sole</w:t>
          </w:r>
          <w:r>
            <w:rPr>
              <w:b/>
              <w:color w:val="15446F"/>
              <w:sz w:val="16"/>
            </w:rPr>
            <w:br/>
            <w:t xml:space="preserve">Consorzio Cooperative </w:t>
          </w:r>
          <w:proofErr w:type="spellStart"/>
          <w:r>
            <w:rPr>
              <w:b/>
              <w:color w:val="15446F"/>
              <w:sz w:val="16"/>
            </w:rPr>
            <w:t>Sociali</w:t>
          </w:r>
          <w:proofErr w:type="spellEnd"/>
          <w:r>
            <w:rPr>
              <w:b/>
              <w:color w:val="15446F"/>
              <w:sz w:val="16"/>
            </w:rPr>
            <w:t xml:space="preserve"> di </w:t>
          </w:r>
          <w:proofErr w:type="spellStart"/>
          <w:r>
            <w:rPr>
              <w:b/>
              <w:color w:val="15446F"/>
              <w:sz w:val="16"/>
            </w:rPr>
            <w:t>Solidarietà</w:t>
          </w:r>
          <w:proofErr w:type="spellEnd"/>
        </w:p>
        <w:p w14:paraId="4957EDB5" w14:textId="77777777" w:rsidR="000D20C4" w:rsidRDefault="00000000">
          <w:pPr>
            <w:spacing w:after="0"/>
          </w:pPr>
          <w:r>
            <w:rPr>
              <w:color w:val="235B91"/>
              <w:sz w:val="14"/>
            </w:rPr>
            <w:t xml:space="preserve">C.F. e P.IVA </w:t>
          </w:r>
          <w:proofErr w:type="gramStart"/>
          <w:r>
            <w:rPr>
              <w:color w:val="235B91"/>
              <w:sz w:val="14"/>
            </w:rPr>
            <w:t>02372250809  •</w:t>
          </w:r>
          <w:proofErr w:type="gramEnd"/>
          <w:r>
            <w:rPr>
              <w:color w:val="235B91"/>
              <w:sz w:val="14"/>
            </w:rPr>
            <w:t xml:space="preserve">  consorzio.macrame@pec.it</w:t>
          </w:r>
          <w:r>
            <w:rPr>
              <w:color w:val="235B91"/>
              <w:sz w:val="14"/>
            </w:rPr>
            <w:br/>
            <w:t xml:space="preserve">Via </w:t>
          </w:r>
          <w:proofErr w:type="spellStart"/>
          <w:r>
            <w:rPr>
              <w:color w:val="235B91"/>
              <w:sz w:val="14"/>
            </w:rPr>
            <w:t>Petrara</w:t>
          </w:r>
          <w:proofErr w:type="spellEnd"/>
          <w:r>
            <w:rPr>
              <w:color w:val="235B91"/>
              <w:sz w:val="14"/>
            </w:rPr>
            <w:t xml:space="preserve">, 10 – 89124 Reggio </w:t>
          </w:r>
          <w:proofErr w:type="gramStart"/>
          <w:r>
            <w:rPr>
              <w:color w:val="235B91"/>
              <w:sz w:val="14"/>
            </w:rPr>
            <w:t>Calabria  •</w:t>
          </w:r>
          <w:proofErr w:type="gramEnd"/>
          <w:r>
            <w:rPr>
              <w:color w:val="235B91"/>
              <w:sz w:val="14"/>
            </w:rPr>
            <w:t xml:space="preserve">  Tel. 0965 896669</w:t>
          </w:r>
          <w:r>
            <w:rPr>
              <w:color w:val="235B91"/>
              <w:sz w:val="14"/>
            </w:rPr>
            <w:br/>
          </w:r>
          <w:proofErr w:type="gramStart"/>
          <w:r>
            <w:rPr>
              <w:color w:val="235B91"/>
              <w:sz w:val="14"/>
            </w:rPr>
            <w:t>www.consorziomacrame.it  •</w:t>
          </w:r>
          <w:proofErr w:type="gramEnd"/>
          <w:r>
            <w:rPr>
              <w:color w:val="235B91"/>
              <w:sz w:val="14"/>
            </w:rPr>
            <w:t xml:space="preserve">  info@consorziomacrame.it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201924">
    <w:abstractNumId w:val="8"/>
  </w:num>
  <w:num w:numId="2" w16cid:durableId="1430613966">
    <w:abstractNumId w:val="6"/>
  </w:num>
  <w:num w:numId="3" w16cid:durableId="280651049">
    <w:abstractNumId w:val="5"/>
  </w:num>
  <w:num w:numId="4" w16cid:durableId="270361634">
    <w:abstractNumId w:val="4"/>
  </w:num>
  <w:num w:numId="5" w16cid:durableId="198737338">
    <w:abstractNumId w:val="7"/>
  </w:num>
  <w:num w:numId="6" w16cid:durableId="2083868521">
    <w:abstractNumId w:val="3"/>
  </w:num>
  <w:num w:numId="7" w16cid:durableId="1078871026">
    <w:abstractNumId w:val="2"/>
  </w:num>
  <w:num w:numId="8" w16cid:durableId="952128703">
    <w:abstractNumId w:val="1"/>
  </w:num>
  <w:num w:numId="9" w16cid:durableId="183075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0C4"/>
    <w:rsid w:val="001364F1"/>
    <w:rsid w:val="0015074B"/>
    <w:rsid w:val="00237F7B"/>
    <w:rsid w:val="0029639D"/>
    <w:rsid w:val="00326F90"/>
    <w:rsid w:val="007331F7"/>
    <w:rsid w:val="007743FA"/>
    <w:rsid w:val="009571C9"/>
    <w:rsid w:val="00A34ADA"/>
    <w:rsid w:val="00A86833"/>
    <w:rsid w:val="00AA1D8D"/>
    <w:rsid w:val="00AA470C"/>
    <w:rsid w:val="00B47730"/>
    <w:rsid w:val="00C12E97"/>
    <w:rsid w:val="00CB0664"/>
    <w:rsid w:val="00CC6505"/>
    <w:rsid w:val="00EE00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8F92A"/>
  <w14:defaultImageDpi w14:val="300"/>
  <w15:docId w15:val="{4FBCCC61-558D-4D6B-AB37-713892B5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9" w:lineRule="auto"/>
    </w:pPr>
    <w:rPr>
      <w:rFonts w:ascii="Arial" w:hAnsi="Arial"/>
      <w:color w:val="232B3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Local">
    <w:name w:val="TitleLocal"/>
    <w:pPr>
      <w:keepNext/>
      <w:spacing w:after="120"/>
    </w:pPr>
    <w:rPr>
      <w:rFonts w:ascii="Arial" w:hAnsi="Arial"/>
      <w:b/>
      <w:color w:val="15446F"/>
      <w:sz w:val="27"/>
    </w:rPr>
  </w:style>
  <w:style w:type="paragraph" w:customStyle="1" w:styleId="HeadingLocal">
    <w:name w:val="HeadingLocal"/>
    <w:pPr>
      <w:keepNext/>
      <w:spacing w:before="200" w:after="80"/>
    </w:pPr>
    <w:rPr>
      <w:rFonts w:ascii="Arial" w:hAnsi="Arial"/>
      <w:b/>
      <w:color w:val="15446F"/>
      <w:sz w:val="20"/>
    </w:rPr>
  </w:style>
  <w:style w:type="paragraph" w:customStyle="1" w:styleId="Minor">
    <w:name w:val="Minor"/>
    <w:pPr>
      <w:keepNext/>
      <w:spacing w:before="120" w:after="60"/>
    </w:pPr>
    <w:rPr>
      <w:rFonts w:ascii="Arial" w:hAnsi="Arial"/>
      <w:b/>
      <w:color w:val="15446F"/>
      <w:sz w:val="19"/>
    </w:rPr>
  </w:style>
  <w:style w:type="paragraph" w:customStyle="1" w:styleId="BulLocal">
    <w:name w:val="BulLocal"/>
    <w:pPr>
      <w:spacing w:after="60"/>
      <w:ind w:left="227" w:hanging="142"/>
    </w:pPr>
    <w:rPr>
      <w:rFonts w:ascii="Arial" w:hAnsi="Arial"/>
      <w:color w:val="232B3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Lavinia Tiziano</cp:lastModifiedBy>
  <cp:revision>2</cp:revision>
  <dcterms:created xsi:type="dcterms:W3CDTF">2026-11-02T10:10:00Z</dcterms:created>
  <dcterms:modified xsi:type="dcterms:W3CDTF">2026-11-02T10:10:00Z</dcterms:modified>
  <cp:category/>
</cp:coreProperties>
</file>